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שְׁמוּאֵל א' • מִתְּפִלַּת חַנָּה עַד דָּוִד וְגָלְיָת • כִּתָּה ח'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הִנֵּה שְׁמֹעַ מִזֶּבַח טוֹב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12 • שְׁמוּאֵל א' פֶּרֶק טו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שְׁמוּאֵל מְנַצֵּחַ עַל שָׁאוּל: טוֹב שְׁמֹעַ בְּקוֹל ה' מִזֶּבַח וּמֵחֵלֶב אֵילִים.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בְּקוֹל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טוֹב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אֵילִים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הַחֵפֶץ לַה' בְּעֹלוֹת וּזְבָחִים כִּשְׁמֹעַ ____________ ה'?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הִנֵּה שְׁמֹעַ מִזֶּבַח ____________ לְהַקְשִׁיב מֵחֵלֶב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(שְׁמוּאֵל א' טו, כב)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מָה חָשׁוּב יוֹתֵר מִקָּרְבָּנוֹת?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לִשְׁמֹעַ בְּקוֹל ה'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זָהָב הַרְבֵּה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בְּגָדִים יָפִים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מִי אָמַר אֶת הַדְּבָרִים?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שְׁמוּאֵל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דָּוִד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עֵלִי      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שָׁאוּל שָׁמַר אֶת דְּבַר ה' כָּרָאוּי.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שְׁמוּאֵל נִצֵּחַ עַל שָׁאוּל עַל הַמַּעֲשֶׂה.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שְׁמִיעָה בְּקוֹל ה' חָשׁוּבָה מִקָּרְבָּנוֹת.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