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הִנֵּה שְׁמֹעַ מִזֶּבַח טוֹב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אָמַר שְׁמוּאֵל לְשָׁאוּל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שֶׁשְּׁמִיעָה בְּקוֹל ה' חָשׁוּבָה מִכֹּל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בְּקוֹל ← טוֹב ← אֵילִים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לִשְׁמֹעַ בְּקוֹל ה', 2. שְׁמוּאֵל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לֹא נָכוֹן, 2.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