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מִתְּפִלַּת חַנָּה עַד דָּוִד וְגָלְיָת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תְּפִלַּת חַנָּה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7 • שְׁמוּאֵל א' פֶּרֶק א'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חַנָּה מִתְפַּלֶּלֶת מִכָּל לִבָּהּ לְה' בַּמִּשְׁכָּן בְּשִׁלֹה, וְה' נוֹתֵן לָהּ אֶת שְׁמוּאֵל.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הִתְפַּלָּלְתִּי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שְׁאֵלָתִי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מֵעִמּוֹ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אֶל־הַנַּעַר הַזֶּה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וַיִּתֵּן ה' לִי אֶת־____________ אֲשֶׁר שָׁאַלְתִּי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א, כז)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תְּפִלָּה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בְּקָשָׁה וּדִבּוּר אֶל ה' מִן הַלֵּב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שִׁלֹה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הַמָּקוֹם שֶׁבּוֹ הָיָה הַמִּשְׁכָּן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שְׁמוּאֵל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הַבֵּן שֶׁה' נָתַן לְחַנָּה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חַנָּה הִתְפַּלְּלָה מִכָּל לִבָּהּ לְה'.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לֹא עָנָה לִתְפִלָּתָהּ.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חַנָּה הִקְדִּישָׁה אֶת שְׁמוּאֵל לַעֲבוֹדַת ה'.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