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60" w:before="0"/>
      </w:pPr>
      <w:r>
        <w:rPr>
          <w:rFonts w:ascii="Noto Sans Hebrew" w:hAnsi="Noto Sans Hebrew" w:cs="Noto Sans Hebrew"/>
          <w:b w:val="0"/>
          <w:color w:val="262626"/>
          <w:sz w:val="23"/>
          <w:rtl w:val="1"/>
          <w:szCs w:val="23"/>
        </w:rPr>
        <w:t>שֵׁם פְּרָטִי: __________   שֵׁם מִשְׁפָּחָה: __________</w:t>
      </w:r>
    </w:p>
    <w:tbl>
      <w:tblPr>
        <w:bidiVisual/>
        <w:tblW w:type="auto" w:w="0"/>
        <w:jc w:val="right"/>
        <w:tblBorders>
          <w:top w:val="single" w:sz="4" w:color="1F3864" w:space="0"/>
          <w:left w:val="single" w:sz="4" w:color="1F3864" w:space="0"/>
          <w:bottom w:val="single" w:sz="4" w:color="1F3864" w:space="0"/>
          <w:right w:val="single" w:sz="4" w:color="1F3864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6"/>
                <w:rtl w:val="1"/>
                <w:szCs w:val="26"/>
                <w:bCs/>
              </w:rPr>
              <w:t>סֵפֶר שְׁמוּאֵל א' • מִתְּפִלַּת חַנָּה עַד דָּוִד וְגָלְיָת • כִּתָּה ח'</w:t>
            </w:r>
          </w:p>
        </w:tc>
      </w:tr>
    </w:tbl>
    <w:p>
      <w:pPr>
        <w:bidi w:val="1"/>
        <w:spacing w:after="40" w:before="40"/>
        <w:jc w:val="center"/>
      </w:pPr>
      <w:r>
        <w:rPr>
          <w:rFonts w:ascii="Noto Serif Hebrew" w:hAnsi="Noto Serif Hebrew" w:cs="Noto Serif Hebrew"/>
          <w:b/>
          <w:color w:val="B8862D"/>
          <w:sz w:val="44"/>
          <w:rtl w:val="1"/>
          <w:szCs w:val="44"/>
          <w:bCs/>
        </w:rPr>
        <w:t>ה' קוֹרֵא לִשְׁמוּאֵל</w:t>
      </w:r>
    </w:p>
    <w:tbl>
      <w:tblPr>
        <w:bidiVisual/>
        <w:tblW w:type="auto" w:w="0"/>
        <w:jc w:val="right"/>
        <w:tblBorders>
          <w:top w:val="single" w:sz="4" w:color="C55A11" w:space="0"/>
          <w:left w:val="single" w:sz="4" w:color="C55A11" w:space="0"/>
          <w:bottom w:val="single" w:sz="4" w:color="C55A11" w:space="0"/>
          <w:right w:val="single" w:sz="4" w:color="C55A11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C55A11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30"/>
                <w:rtl w:val="1"/>
                <w:szCs w:val="30"/>
                <w:bCs/>
              </w:rPr>
              <w:t>דַּף עֲבוֹדָה 8 • שְׁמוּאֵל א' פֶּרֶק ג'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 xml:space="preserve">בְּקִצּוּר: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>בַּלַּיְלָה קוֹרֵא ה' לִשְׁמוּאֵל הַיֶּלֶד; שְׁמוּאֵל עוֹנֶה: דַּבֵּר כִּי שֹׁמֵעַ עַבְדֶּךָ.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C55A11" w:space="0"/>
          <w:left w:val="single" w:sz="12" w:color="C55A11" w:space="0"/>
          <w:bottom w:val="single" w:sz="12" w:color="C55A11" w:space="0"/>
          <w:right w:val="single" w:sz="12" w:color="C55A11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BEDE4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C55A11"/>
              </w:rPr>
              <w:t xml:space="preserve"> מַשִּׂימָה 1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הַשְׁלִימוּ אֶת הַפָּסוּק</w:t>
            </w:r>
          </w:p>
          <w:p>
            <w:pPr>
              <w:bidi w:val="1"/>
              <w:spacing w:after="120"/>
              <w:jc w:val="center"/>
            </w:pP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שְׁמוּאֵל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דַּבֵּר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עַבְדֶּךָ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</w:p>
          <w:p>
            <w:pPr>
              <w:bidi w:val="1"/>
              <w:spacing w:after="40"/>
              <w:jc w:val="center"/>
            </w:pP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וַיִּקְרָא: ____________ שְׁמוּאֵל,</w:t>
            </w:r>
            <w:r>
              <w:rPr>
                <w:rFonts w:ascii="Noto Serif Hebrew" w:hAnsi="Noto Serif Hebrew" w:cs="Noto Serif Hebrew"/>
                <w:b w:val="0"/>
                <w:color w:val="262626"/>
                <w:sz w:val="32"/>
                <w:rtl w:val="1"/>
                <w:szCs w:val="32"/>
              </w:rPr>
              <w:br/>
            </w: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וַיֹּאמֶר שְׁמוּאֵל: ____________, כִּי שֹׁמֵעַ ____________.</w:t>
            </w:r>
          </w:p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 w:val="0"/>
                <w:color w:val="666666"/>
                <w:sz w:val="22"/>
                <w:rtl w:val="1"/>
                <w:szCs w:val="22"/>
              </w:rPr>
              <w:t>(שְׁמוּאֵל א' ג, י)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C55A11" w:space="0"/>
          <w:left w:val="single" w:sz="12" w:color="C55A11" w:space="0"/>
          <w:bottom w:val="single" w:sz="12" w:color="C55A11" w:space="0"/>
          <w:right w:val="single" w:sz="12" w:color="C55A11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BEDE4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C55A11"/>
              </w:rPr>
              <w:t xml:space="preserve"> מַשִּׂימָה 2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סִמְנוּ תְּשׁוּבָה נְכוֹנָה</w:t>
            </w:r>
          </w:p>
          <w:p>
            <w:pPr>
              <w:bidi w:val="1"/>
              <w:spacing w:after="20"/>
            </w:pPr>
            <w:r>
              <w:rPr>
                <w:rFonts w:ascii="Noto Sans Hebrew" w:hAnsi="Noto Sans Hebrew" w:cs="Noto Sans Hebrew"/>
                <w:b/>
                <w:color w:val="262626"/>
                <w:sz w:val="28"/>
                <w:rtl w:val="1"/>
                <w:szCs w:val="28"/>
                <w:bCs/>
              </w:rPr>
              <w:t>1. מִי קָרָא לִשְׁמוּאֵל בַּלַּיְלָה?</w:t>
            </w:r>
          </w:p>
          <w:p>
            <w:pPr>
              <w:bidi w:val="1"/>
              <w:spacing w:after="60"/>
            </w:pP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ה'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עֵלִי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אִמּוֹ      </w:t>
            </w:r>
          </w:p>
          <w:p>
            <w:pPr>
              <w:bidi w:val="1"/>
              <w:spacing w:after="20"/>
            </w:pPr>
            <w:r>
              <w:rPr>
                <w:rFonts w:ascii="Noto Sans Hebrew" w:hAnsi="Noto Sans Hebrew" w:cs="Noto Sans Hebrew"/>
                <w:b/>
                <w:color w:val="262626"/>
                <w:sz w:val="28"/>
                <w:rtl w:val="1"/>
                <w:szCs w:val="28"/>
                <w:bCs/>
              </w:rPr>
              <w:t>2. מָה עָנָה שְׁמוּאֵל?</w:t>
            </w:r>
          </w:p>
          <w:p>
            <w:pPr>
              <w:bidi w:val="1"/>
              <w:spacing w:after="60"/>
            </w:pP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דַּבֵּר כִּי שֹׁמֵעַ עַבְדֶּךָ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אֵין אֲנִי כָּאן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מָחָר נִשְׁמָע      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C55A11" w:space="0"/>
          <w:left w:val="single" w:sz="12" w:color="C55A11" w:space="0"/>
          <w:bottom w:val="single" w:sz="12" w:color="C55A11" w:space="0"/>
          <w:right w:val="single" w:sz="12" w:color="C55A11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BEDE4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C55A11"/>
              </w:rPr>
              <w:t xml:space="preserve"> מַשִּׂימָה 3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נָכוֹן אוֹ לֹא נָכוֹן</w:t>
            </w:r>
          </w:p>
          <w:p>
            <w:pPr>
              <w:bidi w:val="1"/>
              <w:spacing w:after="100"/>
            </w:pP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בַּתְּחִלָּה שְׁמוּאֵל חָשַׁב שֶׁעֵלִי קוֹרֵא לוֹ.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נָכוֹן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לֹא נָכוֹן</w:t>
            </w:r>
          </w:p>
          <w:p>
            <w:pPr>
              <w:bidi w:val="1"/>
              <w:spacing w:after="100"/>
            </w:pP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עֵלִי לֹא הֵבִין שֶׁה' קוֹרֵא.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נָכוֹן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לֹא נָכוֹן</w:t>
            </w:r>
          </w:p>
          <w:p>
            <w:pPr>
              <w:bidi w:val="1"/>
              <w:spacing w:after="100"/>
            </w:pP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שְׁמוּאֵל הָיָה נָבִיא מִיּלָדוּתוֹ.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נָכוֹן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לֹא נָכוֹן</w:t>
            </w:r>
          </w:p>
        </w:tc>
      </w:tr>
    </w:tbl>
    <w:p>
      <w:pPr>
        <w:bidi w:val="1"/>
        <w:spacing w:after="20" w:before="0"/>
      </w:pPr>
    </w:p>
    <w:p>
      <w:pPr>
        <w:bidi w:val="1"/>
        <w:spacing w:after="0" w:before="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