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ה' קוֹרֵא לִשְׁמוּאֵל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8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קָרָה בַּלַּיְלָה בַּמִּשְׁכָּן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עֲנִייַת שְׁמוּאֵל וּזְמִינוּתוֹ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שְׁמוּאֵל ← דַּבֵּר ← עַבְדֶּךָ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ה', 2. דַּבֵּר כִּי שֹׁמֵעַ עַבְדֶּךָ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