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א' • מִתְּפִלַּת חַנָּה עַד דָּוִד וְגָלְיָת • כִּתָּה ח'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שָׁאוּל נִבְחָר לְמֶלֶךְ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9 • שְׁמוּאֵל א' פֶּרֶק י'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בּוֹחֵר אֶת שָׁאוּל לְמֶלֶךְ; שְׁמוּאֵל מַצִּיג אוֹתוֹ לָעָם, וְהָעָם צוֹהֵל: יְחִי הַמֶּלֶךְ.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בָּחַר־בּוֹ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כָּמֹהוּ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הַמֶּלֶךְ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הַרְאִיתֶם אֲשֶׁר ____________ ה'? כִּי אֵין ____________ בְּכָל־הָעָם,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וַיָּרִיעוּ כָל־הָעָם וַיֹּאמְרוּ: יְחִי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א' י, כד)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1F7A63" w:space="0"/>
                <w:left w:val="single" w:sz="6" w:color="1F7A63" w:space="0"/>
                <w:bottom w:val="single" w:sz="6" w:color="1F7A63" w:space="0"/>
                <w:right w:val="single" w:sz="6" w:color="1F7A63" w:space="0"/>
                <w:insideH w:val="single" w:sz="6" w:color="1F7A63" w:space="0"/>
                <w:insideV w:val="single" w:sz="6" w:color="1F7A63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מֶלֶךְ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מוֹשֵׁל וּמַנְהִיג אֶת הָעָם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בְּחִירָה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ה' בָּחַר אֶת שָׁאוּל מִכָּל הָעָם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תְּרוּעָה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צְהָלַת שִׂמְחָה שֶׁל הָעָם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מִי נִבְחַר לִהְיוֹת מֶלֶךְ רִאשׁוֹן?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שָׁאוּל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דָּוִד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שְׁמוּאֵל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אָמַר הָעָם?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יְחִי הַמֶּלֶךְ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לֹא נוּכַל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אַל תִּמְלֹךְ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