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שָׁאוּל נִבְחָר לְמֶלֶךְ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הָיָה הַמֶּלֶךְ הָרִאשׁוֹן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בּוֹחֵר אֶת הַמֶּלֶךְ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בָּחַר־בּוֹ ← כָּמֹהוּ ← הַמֶּלֶךְ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מֶלֶךְ – מוֹשֵׁל וּמַנְהִיג אֶת הָעָם ; בְּחִירָה – ה' בָּחַר אֶת שָׁאוּל מִכָּל הָעָם ; תְּרוּעָה – צְהָלַת שִׂמְחָה שֶׁל הָעָם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שָׁאוּל, 2. יְחִי הַמֶּלֶךְ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